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9D0B16"/>
          <w:sz w:val="22"/>
        </w:rPr>
        <w:t>REVISTA MUNDO FESC</w:t>
      </w:r>
    </w:p>
    <w:p>
      <w:pPr>
        <w:jc w:val="center"/>
      </w:pPr>
      <w:r>
        <w:rPr>
          <w:b/>
          <w:color w:val="9D0B16"/>
          <w:sz w:val="32"/>
        </w:rPr>
        <w:t>FORMATO 1. CARTA DE PRESENTACIÓN Y DATOS DE LOS AUTORES</w:t>
      </w:r>
    </w:p>
    <w:p>
      <w:pPr>
        <w:jc w:val="center"/>
      </w:pPr>
      <w:r>
        <w:rPr>
          <w:i/>
          <w:color w:val="666666"/>
          <w:sz w:val="18"/>
        </w:rPr>
        <w:t>Documento obligatorio para la postulación inicial</w:t>
      </w:r>
    </w:p>
    <w:p>
      <w:pPr>
        <w:pBdr>
          <w:bottom w:val="single" w:sz="12" w:color="9D0B16"/>
        </w:pBdr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7EEEE"/>
          </w:tcPr>
          <w:p>
            <w:r>
              <w:rPr>
                <w:i/>
              </w:rPr>
              <w:t>El autor de correspondencia debe diligenciar este formato y confirmar que cuenta con la aprobación de todos los coautores.</w:t>
            </w:r>
          </w:p>
        </w:tc>
      </w:tr>
    </w:tbl>
    <w:p/>
    <w:p>
      <w:pPr>
        <w:pStyle w:val="Heading1"/>
      </w:pPr>
      <w:r>
        <w:t>1. Datos del manuscrito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F7EEEE"/>
          </w:tcPr>
          <w:p>
            <w:r>
              <w:rPr>
                <w:b/>
                <w:color w:val="9D0B16"/>
              </w:rPr>
              <w:t>Título en español</w:t>
            </w:r>
          </w:p>
        </w:tc>
        <w:tc>
          <w:tcPr>
            <w:tcW w:type="dxa" w:w="5184"/>
          </w:tcPr>
          <w:p>
            <w:r>
              <w:t>[Escriba aquí]</w:t>
            </w:r>
          </w:p>
        </w:tc>
      </w:tr>
      <w:tr>
        <w:tc>
          <w:tcPr>
            <w:tcW w:type="dxa" w:w="5184"/>
            <w:shd w:fill="F7EEEE"/>
          </w:tcPr>
          <w:p>
            <w:r>
              <w:rPr>
                <w:b/>
                <w:color w:val="9D0B16"/>
              </w:rPr>
              <w:t>Título en inglés</w:t>
            </w:r>
          </w:p>
        </w:tc>
        <w:tc>
          <w:tcPr>
            <w:tcW w:type="dxa" w:w="5184"/>
          </w:tcPr>
          <w:p>
            <w:r>
              <w:t>[Escriba aquí]</w:t>
            </w:r>
          </w:p>
        </w:tc>
      </w:tr>
      <w:tr>
        <w:tc>
          <w:tcPr>
            <w:tcW w:type="dxa" w:w="5184"/>
            <w:shd w:fill="F7EEEE"/>
          </w:tcPr>
          <w:p>
            <w:r>
              <w:rPr>
                <w:b/>
                <w:color w:val="9D0B16"/>
              </w:rPr>
              <w:t>Tipología</w:t>
            </w:r>
          </w:p>
        </w:tc>
        <w:tc>
          <w:tcPr>
            <w:tcW w:type="dxa" w:w="5184"/>
          </w:tcPr>
          <w:p>
            <w:r>
              <w:t>☐ Artículo original   ☐ Artículo de revisión   ☐ Artículo de reflexión</w:t>
            </w:r>
          </w:p>
        </w:tc>
      </w:tr>
      <w:tr>
        <w:tc>
          <w:tcPr>
            <w:tcW w:type="dxa" w:w="5184"/>
            <w:shd w:fill="F7EEEE"/>
          </w:tcPr>
          <w:p>
            <w:r>
              <w:rPr>
                <w:b/>
                <w:color w:val="9D0B16"/>
              </w:rPr>
              <w:t>Título corto</w:t>
            </w:r>
          </w:p>
        </w:tc>
        <w:tc>
          <w:tcPr>
            <w:tcW w:type="dxa" w:w="5184"/>
          </w:tcPr>
          <w:p>
            <w:r>
              <w:t>[Máximo 50 caracteres]</w:t>
            </w:r>
          </w:p>
        </w:tc>
      </w:tr>
      <w:tr>
        <w:tc>
          <w:tcPr>
            <w:tcW w:type="dxa" w:w="5184"/>
            <w:shd w:fill="F7EEEE"/>
          </w:tcPr>
          <w:p>
            <w:r>
              <w:rPr>
                <w:b/>
                <w:color w:val="9D0B16"/>
              </w:rPr>
              <w:t>Número de palabras</w:t>
            </w:r>
          </w:p>
        </w:tc>
        <w:tc>
          <w:tcPr>
            <w:tcW w:type="dxa" w:w="5184"/>
          </w:tcPr>
          <w:p>
            <w:r>
              <w:t>[Cantidad]</w:t>
            </w:r>
          </w:p>
        </w:tc>
      </w:tr>
      <w:tr>
        <w:tc>
          <w:tcPr>
            <w:tcW w:type="dxa" w:w="5184"/>
            <w:shd w:fill="F7EEEE"/>
          </w:tcPr>
          <w:p>
            <w:r>
              <w:rPr>
                <w:b/>
                <w:color w:val="9D0B16"/>
              </w:rPr>
              <w:t>Tablas y figuras</w:t>
            </w:r>
          </w:p>
        </w:tc>
        <w:tc>
          <w:tcPr>
            <w:tcW w:type="dxa" w:w="5184"/>
          </w:tcPr>
          <w:p>
            <w:r>
              <w:t>[Número de tablas] / [Número de figuras]</w:t>
            </w:r>
          </w:p>
        </w:tc>
      </w:tr>
    </w:tbl>
    <w:p/>
    <w:p>
      <w:pPr>
        <w:pStyle w:val="Heading1"/>
      </w:pPr>
      <w:r>
        <w:t>2. Datos completos de los autores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rPr>
          <w:tblHeader w:val="true"/>
        </w:trPr>
        <w:tc>
          <w:tcPr>
            <w:tcW w:type="dxa" w:w="1481"/>
            <w:shd w:fill="9D0B16"/>
          </w:tcPr>
          <w:p>
            <w:r>
              <w:rPr>
                <w:b/>
                <w:color w:val="FFFFFF"/>
                <w:sz w:val="14"/>
              </w:rPr>
              <w:t>Orden</w:t>
            </w:r>
          </w:p>
        </w:tc>
        <w:tc>
          <w:tcPr>
            <w:tcW w:type="dxa" w:w="1481"/>
            <w:shd w:fill="9D0B16"/>
          </w:tcPr>
          <w:p>
            <w:r>
              <w:rPr>
                <w:b/>
                <w:color w:val="FFFFFF"/>
                <w:sz w:val="14"/>
              </w:rPr>
              <w:t>Nombres y apellidos completos</w:t>
            </w:r>
          </w:p>
        </w:tc>
        <w:tc>
          <w:tcPr>
            <w:tcW w:type="dxa" w:w="1481"/>
            <w:shd w:fill="9D0B16"/>
          </w:tcPr>
          <w:p>
            <w:r>
              <w:rPr>
                <w:b/>
                <w:color w:val="FFFFFF"/>
                <w:sz w:val="14"/>
              </w:rPr>
              <w:t>Afiliación institucional completa</w:t>
            </w:r>
          </w:p>
        </w:tc>
        <w:tc>
          <w:tcPr>
            <w:tcW w:type="dxa" w:w="1481"/>
            <w:shd w:fill="9D0B16"/>
          </w:tcPr>
          <w:p>
            <w:r>
              <w:rPr>
                <w:b/>
                <w:color w:val="FFFFFF"/>
                <w:sz w:val="14"/>
              </w:rPr>
              <w:t>Ciudad y país</w:t>
            </w:r>
          </w:p>
        </w:tc>
        <w:tc>
          <w:tcPr>
            <w:tcW w:type="dxa" w:w="1481"/>
            <w:shd w:fill="9D0B16"/>
          </w:tcPr>
          <w:p>
            <w:r>
              <w:rPr>
                <w:b/>
                <w:color w:val="FFFFFF"/>
                <w:sz w:val="14"/>
              </w:rPr>
              <w:t>Correo electrónico</w:t>
            </w:r>
          </w:p>
        </w:tc>
        <w:tc>
          <w:tcPr>
            <w:tcW w:type="dxa" w:w="1481"/>
            <w:shd w:fill="9D0B16"/>
          </w:tcPr>
          <w:p>
            <w:r>
              <w:rPr>
                <w:b/>
                <w:color w:val="FFFFFF"/>
                <w:sz w:val="14"/>
              </w:rPr>
              <w:t>ORCID</w:t>
            </w:r>
          </w:p>
        </w:tc>
        <w:tc>
          <w:tcPr>
            <w:tcW w:type="dxa" w:w="1481"/>
            <w:shd w:fill="9D0B16"/>
          </w:tcPr>
          <w:p>
            <w:r>
              <w:rPr>
                <w:b/>
                <w:color w:val="FFFFFF"/>
                <w:sz w:val="14"/>
              </w:rPr>
              <w:t>Autor de correspondencia</w:t>
            </w:r>
          </w:p>
        </w:tc>
      </w:tr>
      <w:tr>
        <w:tc>
          <w:tcPr>
            <w:tcW w:type="dxa" w:w="1481"/>
            <w:vAlign w:val="center"/>
          </w:tcPr>
          <w:p>
            <w:r>
              <w:rPr>
                <w:sz w:val="15"/>
              </w:rPr>
              <w:t>1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[Completar]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[Institución, facultad/departamento/grupo]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[Ciudad, país]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[Correo]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https://orcid.org/0000-0000-0000-0000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☐ Sí  ☐ No</w:t>
            </w:r>
          </w:p>
        </w:tc>
      </w:tr>
      <w:tr>
        <w:tc>
          <w:tcPr>
            <w:tcW w:type="dxa" w:w="1481"/>
            <w:vAlign w:val="center"/>
          </w:tcPr>
          <w:p>
            <w:r>
              <w:rPr>
                <w:sz w:val="15"/>
              </w:rPr>
              <w:t>2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[Completar]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[Institución, facultad/departamento/grupo]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[Ciudad, país]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[Correo]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https://orcid.org/0000-0000-0000-0000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☐ Sí  ☐ No</w:t>
            </w:r>
          </w:p>
        </w:tc>
      </w:tr>
      <w:tr>
        <w:tc>
          <w:tcPr>
            <w:tcW w:type="dxa" w:w="1481"/>
            <w:vAlign w:val="center"/>
          </w:tcPr>
          <w:p>
            <w:r>
              <w:rPr>
                <w:sz w:val="15"/>
              </w:rPr>
              <w:t>3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[Completar]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[Institución, facultad/departamento/grupo]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[Ciudad, país]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[Correo]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https://orcid.org/0000-0000-0000-0000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☐ Sí  ☐ No</w:t>
            </w:r>
          </w:p>
        </w:tc>
      </w:tr>
      <w:tr>
        <w:tc>
          <w:tcPr>
            <w:tcW w:type="dxa" w:w="1481"/>
            <w:vAlign w:val="center"/>
          </w:tcPr>
          <w:p>
            <w:r>
              <w:rPr>
                <w:sz w:val="15"/>
              </w:rPr>
              <w:t>4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[Completar]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[Institución, facultad/departamento/grupo]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[Ciudad, país]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[Correo]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https://orcid.org/0000-0000-0000-0000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☐ Sí  ☐ No</w:t>
            </w:r>
          </w:p>
        </w:tc>
      </w:tr>
      <w:tr>
        <w:tc>
          <w:tcPr>
            <w:tcW w:type="dxa" w:w="1481"/>
            <w:vAlign w:val="center"/>
          </w:tcPr>
          <w:p>
            <w:r>
              <w:rPr>
                <w:sz w:val="15"/>
              </w:rPr>
              <w:t>5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[Completar]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[Institución, facultad/departamento/grupo]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[Ciudad, país]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[Correo]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https://orcid.org/0000-0000-0000-0000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☐ Sí  ☐ No</w:t>
            </w:r>
          </w:p>
        </w:tc>
      </w:tr>
      <w:tr>
        <w:tc>
          <w:tcPr>
            <w:tcW w:type="dxa" w:w="1481"/>
            <w:vAlign w:val="center"/>
          </w:tcPr>
          <w:p>
            <w:r>
              <w:rPr>
                <w:sz w:val="15"/>
              </w:rPr>
              <w:t>6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[Completar]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[Institución, facultad/departamento/grupo]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[Ciudad, país]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[Correo]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https://orcid.org/0000-0000-0000-0000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☐ Sí  ☐ No</w:t>
            </w:r>
          </w:p>
        </w:tc>
      </w:tr>
    </w:tbl>
    <w:p>
      <w:r>
        <w:t>Agregue filas si el manuscrito tiene más autores. El orden consignado será el orden de publicación.</w:t>
      </w:r>
    </w:p>
    <w:p>
      <w:pPr>
        <w:pStyle w:val="Heading1"/>
      </w:pPr>
      <w:r>
        <w:t>3. Procedencia del manuscrito</w:t>
      </w:r>
    </w:p>
    <w:p>
      <w:r>
        <w:t>Marque la opción correspondiente:</w:t>
      </w:r>
    </w:p>
    <w:p>
      <w:r>
        <w:t>☐ Proyecto de investigación financiado</w:t>
      </w:r>
    </w:p>
    <w:p>
      <w:r>
        <w:t>☐ Proyecto institucional sin financiación externa</w:t>
      </w:r>
    </w:p>
    <w:p>
      <w:r>
        <w:t>☐ Tesis doctoral</w:t>
      </w:r>
    </w:p>
    <w:p>
      <w:r>
        <w:t>☐ Tesis de maestría</w:t>
      </w:r>
    </w:p>
    <w:p>
      <w:r>
        <w:t>☐ Trabajo de grado de pregrado o especialización</w:t>
      </w:r>
    </w:p>
    <w:p>
      <w:r>
        <w:t>☐ Proyecto de semillero</w:t>
      </w:r>
    </w:p>
    <w:p>
      <w:r>
        <w:t>☐ Consultoría, convenio o contrato de investigación</w:t>
      </w:r>
    </w:p>
    <w:p>
      <w:r>
        <w:t>☐ Investigación independiente</w:t>
      </w:r>
    </w:p>
    <w:p>
      <w:r>
        <w:t>☐ Otro: ______________________________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F7EEEE"/>
          </w:tcPr>
          <w:p>
            <w:r>
              <w:rPr>
                <w:b/>
                <w:color w:val="9D0B16"/>
              </w:rPr>
              <w:t>Título del proyecto, tesis o trabajo</w:t>
            </w:r>
          </w:p>
        </w:tc>
        <w:tc>
          <w:tcPr>
            <w:tcW w:type="dxa" w:w="5184"/>
          </w:tcPr>
          <w:p>
            <w:r>
              <w:t>[Escriba aquí]</w:t>
            </w:r>
          </w:p>
        </w:tc>
      </w:tr>
      <w:tr>
        <w:tc>
          <w:tcPr>
            <w:tcW w:type="dxa" w:w="5184"/>
            <w:shd w:fill="F7EEEE"/>
          </w:tcPr>
          <w:p>
            <w:r>
              <w:rPr>
                <w:b/>
                <w:color w:val="9D0B16"/>
              </w:rPr>
              <w:t>Código o registro institucional</w:t>
            </w:r>
          </w:p>
        </w:tc>
        <w:tc>
          <w:tcPr>
            <w:tcW w:type="dxa" w:w="5184"/>
          </w:tcPr>
          <w:p>
            <w:r>
              <w:t>[Cuando aplique]</w:t>
            </w:r>
          </w:p>
        </w:tc>
      </w:tr>
      <w:tr>
        <w:tc>
          <w:tcPr>
            <w:tcW w:type="dxa" w:w="5184"/>
            <w:shd w:fill="F7EEEE"/>
          </w:tcPr>
          <w:p>
            <w:r>
              <w:rPr>
                <w:b/>
                <w:color w:val="9D0B16"/>
              </w:rPr>
              <w:t>Institución y programa académico</w:t>
            </w:r>
          </w:p>
        </w:tc>
        <w:tc>
          <w:tcPr>
            <w:tcW w:type="dxa" w:w="5184"/>
          </w:tcPr>
          <w:p>
            <w:r>
              <w:t>[Escriba aquí]</w:t>
            </w:r>
          </w:p>
        </w:tc>
      </w:tr>
      <w:tr>
        <w:tc>
          <w:tcPr>
            <w:tcW w:type="dxa" w:w="5184"/>
            <w:shd w:fill="F7EEEE"/>
          </w:tcPr>
          <w:p>
            <w:r>
              <w:rPr>
                <w:b/>
                <w:color w:val="9D0B16"/>
              </w:rPr>
              <w:t>Entidad financiadora</w:t>
            </w:r>
          </w:p>
        </w:tc>
        <w:tc>
          <w:tcPr>
            <w:tcW w:type="dxa" w:w="5184"/>
          </w:tcPr>
          <w:p>
            <w:r>
              <w:t>[Cuando aplique]</w:t>
            </w:r>
          </w:p>
        </w:tc>
      </w:tr>
      <w:tr>
        <w:tc>
          <w:tcPr>
            <w:tcW w:type="dxa" w:w="5184"/>
            <w:shd w:fill="F7EEEE"/>
          </w:tcPr>
          <w:p>
            <w:r>
              <w:rPr>
                <w:b/>
                <w:color w:val="9D0B16"/>
              </w:rPr>
              <w:t>Director de tesis o investigador principal</w:t>
            </w:r>
          </w:p>
        </w:tc>
        <w:tc>
          <w:tcPr>
            <w:tcW w:type="dxa" w:w="5184"/>
          </w:tcPr>
          <w:p>
            <w:r>
              <w:t>[Cuando aplique]</w:t>
            </w:r>
          </w:p>
        </w:tc>
      </w:tr>
    </w:tbl>
    <w:p/>
    <w:p>
      <w:pPr>
        <w:pStyle w:val="Heading1"/>
      </w:pPr>
      <w:r>
        <w:t>4. Carta de presentación</w:t>
      </w:r>
    </w:p>
    <w:p>
      <w:r>
        <w:t>Por medio de la presente, los autores sometemos a consideración de la Revista Mundo FESC el manuscrito identificado en este formato. Declaramos que todos los autores conocen y aprueban la postulación, el contenido del trabajo y el orden de autoría registrado.</w:t>
      </w:r>
    </w:p>
    <w:p>
      <w:r>
        <w:t>Asimismo, declaramos que hemos leído y aceptamos las directrices para autores, las normas de presentación y las políticas editoriales, éticas y de revisión por pares de la revista. Nos comprometemos a atender las solicitudes del equipo editorial y de los evaluadores durante el proceso.</w:t>
      </w:r>
    </w:p>
    <w:p>
      <w:r>
        <w:t>Confirmamos que la información de los autores consignada en este documento coincide con los metadatos registrados en OJS y autorizamos su uso para la gestión editorial y, en caso de aceptación, para la publicación del artículo.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F7EEEE"/>
          </w:tcPr>
          <w:p>
            <w:r>
              <w:rPr>
                <w:b/>
                <w:color w:val="9D0B16"/>
              </w:rPr>
              <w:t>Nombre completo del autor de correspondencia</w:t>
            </w:r>
          </w:p>
        </w:tc>
        <w:tc>
          <w:tcPr>
            <w:tcW w:type="dxa" w:w="3456"/>
            <w:shd w:fill="F7EEEE"/>
          </w:tcPr>
          <w:p>
            <w:r>
              <w:rPr>
                <w:b/>
                <w:color w:val="9D0B16"/>
              </w:rPr>
              <w:t>Firma</w:t>
            </w:r>
          </w:p>
        </w:tc>
        <w:tc>
          <w:tcPr>
            <w:tcW w:type="dxa" w:w="3456"/>
            <w:shd w:fill="F7EEEE"/>
          </w:tcPr>
          <w:p>
            <w:r>
              <w:rPr>
                <w:b/>
                <w:color w:val="9D0B16"/>
              </w:rPr>
              <w:t>Fecha</w:t>
            </w:r>
          </w:p>
        </w:tc>
      </w:tr>
      <w:tr>
        <w:tc>
          <w:tcPr>
            <w:tcW w:type="dxa" w:w="3456"/>
          </w:tcPr>
          <w:p>
            <w:r>
              <w:br/>
              <w:br/>
            </w:r>
          </w:p>
        </w:tc>
        <w:tc>
          <w:tcPr>
            <w:tcW w:type="dxa" w:w="3456"/>
          </w:tcPr>
          <w:p>
            <w:r>
              <w:br/>
              <w:br/>
            </w:r>
          </w:p>
        </w:tc>
        <w:tc>
          <w:tcPr>
            <w:tcW w:type="dxa" w:w="3456"/>
          </w:tcPr>
          <w:p>
            <w:r>
              <w:br/>
              <w:br/>
            </w:r>
          </w:p>
        </w:tc>
      </w:tr>
    </w:tbl>
    <w:sectPr w:rsidR="00FC693F" w:rsidRPr="0006063C" w:rsidSect="00034616">
      <w:footerReference w:type="default" r:id="rId9"/>
      <w:pgSz w:w="12240" w:h="15840"/>
      <w:pgMar w:top="864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>Mundo FESC | Formato editorial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9D0B16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9D0B16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9D0B16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