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9D0B16"/>
          <w:sz w:val="22"/>
        </w:rPr>
        <w:t>REVISTA MUNDO FESC</w:t>
      </w:r>
    </w:p>
    <w:p>
      <w:pPr>
        <w:jc w:val="center"/>
      </w:pPr>
      <w:r>
        <w:rPr>
          <w:b/>
          <w:color w:val="9D0B16"/>
          <w:sz w:val="32"/>
        </w:rPr>
        <w:t>FORMATO 2. DECLARACIÓN INTEGRAL DE AUTORÍA Y TRANSPARENCIA</w:t>
      </w:r>
    </w:p>
    <w:p>
      <w:pPr>
        <w:jc w:val="center"/>
      </w:pPr>
      <w:r>
        <w:rPr>
          <w:i/>
          <w:color w:val="666666"/>
          <w:sz w:val="18"/>
        </w:rPr>
        <w:t>Documento obligatorio para la postulación inicial</w:t>
      </w:r>
    </w:p>
    <w:p>
      <w:pPr>
        <w:pBdr>
          <w:bottom w:val="single" w:sz="12" w:color="9D0B16"/>
        </w:pBdr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F7EEEE"/>
          </w:tcPr>
          <w:p>
            <w:r>
              <w:rPr>
                <w:i/>
              </w:rPr>
              <w:t>Este formato debe identificar expresamente a todos los autores. La firma del autor de correspondencia representa la confirmación de que cuenta con su aprobación.</w:t>
            </w:r>
          </w:p>
        </w:tc>
      </w:tr>
    </w:tbl>
    <w:p/>
    <w:p>
      <w:pPr>
        <w:pStyle w:val="Heading1"/>
      </w:pPr>
      <w:r>
        <w:t>1. Identificación del manuscrito y autores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F7EEEE"/>
          </w:tcPr>
          <w:p>
            <w:r>
              <w:rPr>
                <w:b/>
                <w:color w:val="9D0B16"/>
              </w:rPr>
              <w:t>Título del manuscrito</w:t>
            </w:r>
          </w:p>
        </w:tc>
        <w:tc>
          <w:tcPr>
            <w:tcW w:type="dxa" w:w="5184"/>
          </w:tcPr>
          <w:p>
            <w:r>
              <w:t>[Escriba aquí]</w:t>
            </w:r>
          </w:p>
        </w:tc>
      </w:tr>
      <w:tr>
        <w:tc>
          <w:tcPr>
            <w:tcW w:type="dxa" w:w="5184"/>
            <w:shd w:fill="F7EEEE"/>
          </w:tcPr>
          <w:p>
            <w:r>
              <w:rPr>
                <w:b/>
                <w:color w:val="9D0B16"/>
              </w:rPr>
              <w:t>Autor de correspondencia</w:t>
            </w:r>
          </w:p>
        </w:tc>
        <w:tc>
          <w:tcPr>
            <w:tcW w:type="dxa" w:w="5184"/>
          </w:tcPr>
          <w:p>
            <w:r>
              <w:t>[Nombre completo y correo]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481"/>
        <w:gridCol w:w="1481"/>
        <w:gridCol w:w="1481"/>
        <w:gridCol w:w="1481"/>
        <w:gridCol w:w="1481"/>
        <w:gridCol w:w="1481"/>
        <w:gridCol w:w="1481"/>
      </w:tblGrid>
      <w:tr>
        <w:trPr>
          <w:tblHeader w:val="true"/>
        </w:trPr>
        <w:tc>
          <w:tcPr>
            <w:tcW w:type="dxa" w:w="1481"/>
            <w:shd w:fill="9D0B16"/>
          </w:tcPr>
          <w:p>
            <w:r>
              <w:rPr>
                <w:b/>
                <w:color w:val="FFFFFF"/>
                <w:sz w:val="14"/>
              </w:rPr>
              <w:t>Orden</w:t>
            </w:r>
          </w:p>
        </w:tc>
        <w:tc>
          <w:tcPr>
            <w:tcW w:type="dxa" w:w="1481"/>
            <w:shd w:fill="9D0B16"/>
          </w:tcPr>
          <w:p>
            <w:r>
              <w:rPr>
                <w:b/>
                <w:color w:val="FFFFFF"/>
                <w:sz w:val="14"/>
              </w:rPr>
              <w:t>Nombres y apellidos completos</w:t>
            </w:r>
          </w:p>
        </w:tc>
        <w:tc>
          <w:tcPr>
            <w:tcW w:type="dxa" w:w="1481"/>
            <w:shd w:fill="9D0B16"/>
          </w:tcPr>
          <w:p>
            <w:r>
              <w:rPr>
                <w:b/>
                <w:color w:val="FFFFFF"/>
                <w:sz w:val="14"/>
              </w:rPr>
              <w:t>Afiliación institucional completa</w:t>
            </w:r>
          </w:p>
        </w:tc>
        <w:tc>
          <w:tcPr>
            <w:tcW w:type="dxa" w:w="1481"/>
            <w:shd w:fill="9D0B16"/>
          </w:tcPr>
          <w:p>
            <w:r>
              <w:rPr>
                <w:b/>
                <w:color w:val="FFFFFF"/>
                <w:sz w:val="14"/>
              </w:rPr>
              <w:t>Ciudad y país</w:t>
            </w:r>
          </w:p>
        </w:tc>
        <w:tc>
          <w:tcPr>
            <w:tcW w:type="dxa" w:w="1481"/>
            <w:shd w:fill="9D0B16"/>
          </w:tcPr>
          <w:p>
            <w:r>
              <w:rPr>
                <w:b/>
                <w:color w:val="FFFFFF"/>
                <w:sz w:val="14"/>
              </w:rPr>
              <w:t>Correo electrónico</w:t>
            </w:r>
          </w:p>
        </w:tc>
        <w:tc>
          <w:tcPr>
            <w:tcW w:type="dxa" w:w="1481"/>
            <w:shd w:fill="9D0B16"/>
          </w:tcPr>
          <w:p>
            <w:r>
              <w:rPr>
                <w:b/>
                <w:color w:val="FFFFFF"/>
                <w:sz w:val="14"/>
              </w:rPr>
              <w:t>ORCID</w:t>
            </w:r>
          </w:p>
        </w:tc>
        <w:tc>
          <w:tcPr>
            <w:tcW w:type="dxa" w:w="1481"/>
            <w:shd w:fill="9D0B16"/>
          </w:tcPr>
          <w:p>
            <w:r>
              <w:rPr>
                <w:b/>
                <w:color w:val="FFFFFF"/>
                <w:sz w:val="14"/>
              </w:rPr>
              <w:t>Autor de correspondencia</w:t>
            </w:r>
          </w:p>
        </w:tc>
      </w:tr>
      <w:tr>
        <w:tc>
          <w:tcPr>
            <w:tcW w:type="dxa" w:w="1481"/>
            <w:vAlign w:val="center"/>
          </w:tcPr>
          <w:p>
            <w:r>
              <w:rPr>
                <w:sz w:val="15"/>
              </w:rPr>
              <w:t>1</w:t>
            </w:r>
          </w:p>
        </w:tc>
        <w:tc>
          <w:tcPr>
            <w:tcW w:type="dxa" w:w="1481"/>
            <w:vAlign w:val="center"/>
          </w:tcPr>
          <w:p>
            <w:r>
              <w:rPr>
                <w:sz w:val="15"/>
              </w:rPr>
              <w:t>[Completar]</w:t>
            </w:r>
          </w:p>
        </w:tc>
        <w:tc>
          <w:tcPr>
            <w:tcW w:type="dxa" w:w="1481"/>
            <w:vAlign w:val="center"/>
          </w:tcPr>
          <w:p>
            <w:r>
              <w:rPr>
                <w:sz w:val="15"/>
              </w:rPr>
              <w:t>[Institución, facultad/departamento/grupo]</w:t>
            </w:r>
          </w:p>
        </w:tc>
        <w:tc>
          <w:tcPr>
            <w:tcW w:type="dxa" w:w="1481"/>
            <w:vAlign w:val="center"/>
          </w:tcPr>
          <w:p>
            <w:r>
              <w:rPr>
                <w:sz w:val="15"/>
              </w:rPr>
              <w:t>[Ciudad, país]</w:t>
            </w:r>
          </w:p>
        </w:tc>
        <w:tc>
          <w:tcPr>
            <w:tcW w:type="dxa" w:w="1481"/>
            <w:vAlign w:val="center"/>
          </w:tcPr>
          <w:p>
            <w:r>
              <w:rPr>
                <w:sz w:val="15"/>
              </w:rPr>
              <w:t>[Correo]</w:t>
            </w:r>
          </w:p>
        </w:tc>
        <w:tc>
          <w:tcPr>
            <w:tcW w:type="dxa" w:w="1481"/>
            <w:vAlign w:val="center"/>
          </w:tcPr>
          <w:p>
            <w:r>
              <w:rPr>
                <w:sz w:val="15"/>
              </w:rPr>
              <w:t>https://orcid.org/0000-0000-0000-0000</w:t>
            </w:r>
          </w:p>
        </w:tc>
        <w:tc>
          <w:tcPr>
            <w:tcW w:type="dxa" w:w="1481"/>
            <w:vAlign w:val="center"/>
          </w:tcPr>
          <w:p>
            <w:r>
              <w:rPr>
                <w:sz w:val="15"/>
              </w:rPr>
              <w:t>☐ Sí  ☐ No</w:t>
            </w:r>
          </w:p>
        </w:tc>
      </w:tr>
      <w:tr>
        <w:tc>
          <w:tcPr>
            <w:tcW w:type="dxa" w:w="1481"/>
            <w:vAlign w:val="center"/>
          </w:tcPr>
          <w:p>
            <w:r>
              <w:rPr>
                <w:sz w:val="15"/>
              </w:rPr>
              <w:t>2</w:t>
            </w:r>
          </w:p>
        </w:tc>
        <w:tc>
          <w:tcPr>
            <w:tcW w:type="dxa" w:w="1481"/>
            <w:vAlign w:val="center"/>
          </w:tcPr>
          <w:p>
            <w:r>
              <w:rPr>
                <w:sz w:val="15"/>
              </w:rPr>
              <w:t>[Completar]</w:t>
            </w:r>
          </w:p>
        </w:tc>
        <w:tc>
          <w:tcPr>
            <w:tcW w:type="dxa" w:w="1481"/>
            <w:vAlign w:val="center"/>
          </w:tcPr>
          <w:p>
            <w:r>
              <w:rPr>
                <w:sz w:val="15"/>
              </w:rPr>
              <w:t>[Institución, facultad/departamento/grupo]</w:t>
            </w:r>
          </w:p>
        </w:tc>
        <w:tc>
          <w:tcPr>
            <w:tcW w:type="dxa" w:w="1481"/>
            <w:vAlign w:val="center"/>
          </w:tcPr>
          <w:p>
            <w:r>
              <w:rPr>
                <w:sz w:val="15"/>
              </w:rPr>
              <w:t>[Ciudad, país]</w:t>
            </w:r>
          </w:p>
        </w:tc>
        <w:tc>
          <w:tcPr>
            <w:tcW w:type="dxa" w:w="1481"/>
            <w:vAlign w:val="center"/>
          </w:tcPr>
          <w:p>
            <w:r>
              <w:rPr>
                <w:sz w:val="15"/>
              </w:rPr>
              <w:t>[Correo]</w:t>
            </w:r>
          </w:p>
        </w:tc>
        <w:tc>
          <w:tcPr>
            <w:tcW w:type="dxa" w:w="1481"/>
            <w:vAlign w:val="center"/>
          </w:tcPr>
          <w:p>
            <w:r>
              <w:rPr>
                <w:sz w:val="15"/>
              </w:rPr>
              <w:t>https://orcid.org/0000-0000-0000-0000</w:t>
            </w:r>
          </w:p>
        </w:tc>
        <w:tc>
          <w:tcPr>
            <w:tcW w:type="dxa" w:w="1481"/>
            <w:vAlign w:val="center"/>
          </w:tcPr>
          <w:p>
            <w:r>
              <w:rPr>
                <w:sz w:val="15"/>
              </w:rPr>
              <w:t>☐ Sí  ☐ No</w:t>
            </w:r>
          </w:p>
        </w:tc>
      </w:tr>
      <w:tr>
        <w:tc>
          <w:tcPr>
            <w:tcW w:type="dxa" w:w="1481"/>
            <w:vAlign w:val="center"/>
          </w:tcPr>
          <w:p>
            <w:r>
              <w:rPr>
                <w:sz w:val="15"/>
              </w:rPr>
              <w:t>3</w:t>
            </w:r>
          </w:p>
        </w:tc>
        <w:tc>
          <w:tcPr>
            <w:tcW w:type="dxa" w:w="1481"/>
            <w:vAlign w:val="center"/>
          </w:tcPr>
          <w:p>
            <w:r>
              <w:rPr>
                <w:sz w:val="15"/>
              </w:rPr>
              <w:t>[Completar]</w:t>
            </w:r>
          </w:p>
        </w:tc>
        <w:tc>
          <w:tcPr>
            <w:tcW w:type="dxa" w:w="1481"/>
            <w:vAlign w:val="center"/>
          </w:tcPr>
          <w:p>
            <w:r>
              <w:rPr>
                <w:sz w:val="15"/>
              </w:rPr>
              <w:t>[Institución, facultad/departamento/grupo]</w:t>
            </w:r>
          </w:p>
        </w:tc>
        <w:tc>
          <w:tcPr>
            <w:tcW w:type="dxa" w:w="1481"/>
            <w:vAlign w:val="center"/>
          </w:tcPr>
          <w:p>
            <w:r>
              <w:rPr>
                <w:sz w:val="15"/>
              </w:rPr>
              <w:t>[Ciudad, país]</w:t>
            </w:r>
          </w:p>
        </w:tc>
        <w:tc>
          <w:tcPr>
            <w:tcW w:type="dxa" w:w="1481"/>
            <w:vAlign w:val="center"/>
          </w:tcPr>
          <w:p>
            <w:r>
              <w:rPr>
                <w:sz w:val="15"/>
              </w:rPr>
              <w:t>[Correo]</w:t>
            </w:r>
          </w:p>
        </w:tc>
        <w:tc>
          <w:tcPr>
            <w:tcW w:type="dxa" w:w="1481"/>
            <w:vAlign w:val="center"/>
          </w:tcPr>
          <w:p>
            <w:r>
              <w:rPr>
                <w:sz w:val="15"/>
              </w:rPr>
              <w:t>https://orcid.org/0000-0000-0000-0000</w:t>
            </w:r>
          </w:p>
        </w:tc>
        <w:tc>
          <w:tcPr>
            <w:tcW w:type="dxa" w:w="1481"/>
            <w:vAlign w:val="center"/>
          </w:tcPr>
          <w:p>
            <w:r>
              <w:rPr>
                <w:sz w:val="15"/>
              </w:rPr>
              <w:t>☐ Sí  ☐ No</w:t>
            </w:r>
          </w:p>
        </w:tc>
      </w:tr>
      <w:tr>
        <w:tc>
          <w:tcPr>
            <w:tcW w:type="dxa" w:w="1481"/>
            <w:vAlign w:val="center"/>
          </w:tcPr>
          <w:p>
            <w:r>
              <w:rPr>
                <w:sz w:val="15"/>
              </w:rPr>
              <w:t>4</w:t>
            </w:r>
          </w:p>
        </w:tc>
        <w:tc>
          <w:tcPr>
            <w:tcW w:type="dxa" w:w="1481"/>
            <w:vAlign w:val="center"/>
          </w:tcPr>
          <w:p>
            <w:r>
              <w:rPr>
                <w:sz w:val="15"/>
              </w:rPr>
              <w:t>[Completar]</w:t>
            </w:r>
          </w:p>
        </w:tc>
        <w:tc>
          <w:tcPr>
            <w:tcW w:type="dxa" w:w="1481"/>
            <w:vAlign w:val="center"/>
          </w:tcPr>
          <w:p>
            <w:r>
              <w:rPr>
                <w:sz w:val="15"/>
              </w:rPr>
              <w:t>[Institución, facultad/departamento/grupo]</w:t>
            </w:r>
          </w:p>
        </w:tc>
        <w:tc>
          <w:tcPr>
            <w:tcW w:type="dxa" w:w="1481"/>
            <w:vAlign w:val="center"/>
          </w:tcPr>
          <w:p>
            <w:r>
              <w:rPr>
                <w:sz w:val="15"/>
              </w:rPr>
              <w:t>[Ciudad, país]</w:t>
            </w:r>
          </w:p>
        </w:tc>
        <w:tc>
          <w:tcPr>
            <w:tcW w:type="dxa" w:w="1481"/>
            <w:vAlign w:val="center"/>
          </w:tcPr>
          <w:p>
            <w:r>
              <w:rPr>
                <w:sz w:val="15"/>
              </w:rPr>
              <w:t>[Correo]</w:t>
            </w:r>
          </w:p>
        </w:tc>
        <w:tc>
          <w:tcPr>
            <w:tcW w:type="dxa" w:w="1481"/>
            <w:vAlign w:val="center"/>
          </w:tcPr>
          <w:p>
            <w:r>
              <w:rPr>
                <w:sz w:val="15"/>
              </w:rPr>
              <w:t>https://orcid.org/0000-0000-0000-0000</w:t>
            </w:r>
          </w:p>
        </w:tc>
        <w:tc>
          <w:tcPr>
            <w:tcW w:type="dxa" w:w="1481"/>
            <w:vAlign w:val="center"/>
          </w:tcPr>
          <w:p>
            <w:r>
              <w:rPr>
                <w:sz w:val="15"/>
              </w:rPr>
              <w:t>☐ Sí  ☐ No</w:t>
            </w:r>
          </w:p>
        </w:tc>
      </w:tr>
      <w:tr>
        <w:tc>
          <w:tcPr>
            <w:tcW w:type="dxa" w:w="1481"/>
            <w:vAlign w:val="center"/>
          </w:tcPr>
          <w:p>
            <w:r>
              <w:rPr>
                <w:sz w:val="15"/>
              </w:rPr>
              <w:t>5</w:t>
            </w:r>
          </w:p>
        </w:tc>
        <w:tc>
          <w:tcPr>
            <w:tcW w:type="dxa" w:w="1481"/>
            <w:vAlign w:val="center"/>
          </w:tcPr>
          <w:p>
            <w:r>
              <w:rPr>
                <w:sz w:val="15"/>
              </w:rPr>
              <w:t>[Completar]</w:t>
            </w:r>
          </w:p>
        </w:tc>
        <w:tc>
          <w:tcPr>
            <w:tcW w:type="dxa" w:w="1481"/>
            <w:vAlign w:val="center"/>
          </w:tcPr>
          <w:p>
            <w:r>
              <w:rPr>
                <w:sz w:val="15"/>
              </w:rPr>
              <w:t>[Institución, facultad/departamento/grupo]</w:t>
            </w:r>
          </w:p>
        </w:tc>
        <w:tc>
          <w:tcPr>
            <w:tcW w:type="dxa" w:w="1481"/>
            <w:vAlign w:val="center"/>
          </w:tcPr>
          <w:p>
            <w:r>
              <w:rPr>
                <w:sz w:val="15"/>
              </w:rPr>
              <w:t>[Ciudad, país]</w:t>
            </w:r>
          </w:p>
        </w:tc>
        <w:tc>
          <w:tcPr>
            <w:tcW w:type="dxa" w:w="1481"/>
            <w:vAlign w:val="center"/>
          </w:tcPr>
          <w:p>
            <w:r>
              <w:rPr>
                <w:sz w:val="15"/>
              </w:rPr>
              <w:t>[Correo]</w:t>
            </w:r>
          </w:p>
        </w:tc>
        <w:tc>
          <w:tcPr>
            <w:tcW w:type="dxa" w:w="1481"/>
            <w:vAlign w:val="center"/>
          </w:tcPr>
          <w:p>
            <w:r>
              <w:rPr>
                <w:sz w:val="15"/>
              </w:rPr>
              <w:t>https://orcid.org/0000-0000-0000-0000</w:t>
            </w:r>
          </w:p>
        </w:tc>
        <w:tc>
          <w:tcPr>
            <w:tcW w:type="dxa" w:w="1481"/>
            <w:vAlign w:val="center"/>
          </w:tcPr>
          <w:p>
            <w:r>
              <w:rPr>
                <w:sz w:val="15"/>
              </w:rPr>
              <w:t>☐ Sí  ☐ No</w:t>
            </w:r>
          </w:p>
        </w:tc>
      </w:tr>
      <w:tr>
        <w:tc>
          <w:tcPr>
            <w:tcW w:type="dxa" w:w="1481"/>
            <w:vAlign w:val="center"/>
          </w:tcPr>
          <w:p>
            <w:r>
              <w:rPr>
                <w:sz w:val="15"/>
              </w:rPr>
              <w:t>6</w:t>
            </w:r>
          </w:p>
        </w:tc>
        <w:tc>
          <w:tcPr>
            <w:tcW w:type="dxa" w:w="1481"/>
            <w:vAlign w:val="center"/>
          </w:tcPr>
          <w:p>
            <w:r>
              <w:rPr>
                <w:sz w:val="15"/>
              </w:rPr>
              <w:t>[Completar]</w:t>
            </w:r>
          </w:p>
        </w:tc>
        <w:tc>
          <w:tcPr>
            <w:tcW w:type="dxa" w:w="1481"/>
            <w:vAlign w:val="center"/>
          </w:tcPr>
          <w:p>
            <w:r>
              <w:rPr>
                <w:sz w:val="15"/>
              </w:rPr>
              <w:t>[Institución, facultad/departamento/grupo]</w:t>
            </w:r>
          </w:p>
        </w:tc>
        <w:tc>
          <w:tcPr>
            <w:tcW w:type="dxa" w:w="1481"/>
            <w:vAlign w:val="center"/>
          </w:tcPr>
          <w:p>
            <w:r>
              <w:rPr>
                <w:sz w:val="15"/>
              </w:rPr>
              <w:t>[Ciudad, país]</w:t>
            </w:r>
          </w:p>
        </w:tc>
        <w:tc>
          <w:tcPr>
            <w:tcW w:type="dxa" w:w="1481"/>
            <w:vAlign w:val="center"/>
          </w:tcPr>
          <w:p>
            <w:r>
              <w:rPr>
                <w:sz w:val="15"/>
              </w:rPr>
              <w:t>[Correo]</w:t>
            </w:r>
          </w:p>
        </w:tc>
        <w:tc>
          <w:tcPr>
            <w:tcW w:type="dxa" w:w="1481"/>
            <w:vAlign w:val="center"/>
          </w:tcPr>
          <w:p>
            <w:r>
              <w:rPr>
                <w:sz w:val="15"/>
              </w:rPr>
              <w:t>https://orcid.org/0000-0000-0000-0000</w:t>
            </w:r>
          </w:p>
        </w:tc>
        <w:tc>
          <w:tcPr>
            <w:tcW w:type="dxa" w:w="1481"/>
            <w:vAlign w:val="center"/>
          </w:tcPr>
          <w:p>
            <w:r>
              <w:rPr>
                <w:sz w:val="15"/>
              </w:rPr>
              <w:t>☐ Sí  ☐ No</w:t>
            </w:r>
          </w:p>
        </w:tc>
      </w:tr>
    </w:tbl>
    <w:p>
      <w:r>
        <w:t>Agregue filas si el manuscrito tiene más autores. El orden consignado será el orden de publicación.</w:t>
      </w:r>
    </w:p>
    <w:p>
      <w:pPr>
        <w:pStyle w:val="Heading1"/>
      </w:pPr>
      <w:r>
        <w:t>2. Originalidad, ineditud y exclusividad</w:t>
      </w:r>
    </w:p>
    <w:p>
      <w:r>
        <w:t>☐ El manuscrito es original e inédito y no se encuentra sometido simultáneamente a otra revista, editorial o medio.</w:t>
      </w:r>
    </w:p>
    <w:p>
      <w:r>
        <w:t>☐ Todos los autores aprobaron la versión enviada, el orden de autoría y la postulación a Mundo FESC.</w:t>
      </w:r>
    </w:p>
    <w:p>
      <w:r>
        <w:t>☐ Todas las fuentes, datos, tablas, figuras e ideas de terceros están debidamente citados o autorizados.</w:t>
      </w:r>
    </w:p>
    <w:p>
      <w:r>
        <w:t>☐ No se han incluido autores honorarios, invitados o fantasma, ni se han excluido personas que cumplan los criterios de autoría.</w:t>
      </w:r>
    </w:p>
    <w:p>
      <w:pPr>
        <w:pStyle w:val="Heading1"/>
      </w:pPr>
      <w:r>
        <w:t>3. Contribuciones de los autores según CRediT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9D0B16"/>
          </w:tcPr>
          <w:p>
            <w:r>
              <w:rPr>
                <w:b/>
                <w:color w:val="FFFFFF"/>
              </w:rPr>
              <w:t>Autor</w:t>
            </w:r>
          </w:p>
        </w:tc>
        <w:tc>
          <w:tcPr>
            <w:tcW w:type="dxa" w:w="5184"/>
            <w:shd w:fill="9D0B16"/>
          </w:tcPr>
          <w:p>
            <w:r>
              <w:rPr>
                <w:b/>
                <w:color w:val="FFFFFF"/>
              </w:rPr>
              <w:t>Roles CRediT desempeñados</w:t>
            </w:r>
          </w:p>
        </w:tc>
      </w:tr>
      <w:tr>
        <w:tc>
          <w:tcPr>
            <w:tcW w:type="dxa" w:w="5184"/>
          </w:tcPr>
          <w:p>
            <w:r>
              <w:t>[Nombre completo]</w:t>
            </w:r>
          </w:p>
        </w:tc>
        <w:tc>
          <w:tcPr>
            <w:tcW w:type="dxa" w:w="5184"/>
          </w:tcPr>
          <w:p>
            <w:r>
              <w:t>[Ej.: conceptualización, metodología, investigación, redacción del borrador original]</w:t>
            </w:r>
          </w:p>
        </w:tc>
      </w:tr>
      <w:tr>
        <w:tc>
          <w:tcPr>
            <w:tcW w:type="dxa" w:w="5184"/>
          </w:tcPr>
          <w:p>
            <w:r>
              <w:t>[Nombre completo]</w:t>
            </w:r>
          </w:p>
        </w:tc>
        <w:tc>
          <w:tcPr>
            <w:tcW w:type="dxa" w:w="5184"/>
          </w:tcPr>
          <w:p>
            <w:r>
              <w:t>[Ej.: conceptualización, metodología, investigación, redacción del borrador original]</w:t>
            </w:r>
          </w:p>
        </w:tc>
      </w:tr>
      <w:tr>
        <w:tc>
          <w:tcPr>
            <w:tcW w:type="dxa" w:w="5184"/>
          </w:tcPr>
          <w:p>
            <w:r>
              <w:t>[Nombre completo]</w:t>
            </w:r>
          </w:p>
        </w:tc>
        <w:tc>
          <w:tcPr>
            <w:tcW w:type="dxa" w:w="5184"/>
          </w:tcPr>
          <w:p>
            <w:r>
              <w:t>[Ej.: conceptualización, metodología, investigación, redacción del borrador original]</w:t>
            </w:r>
          </w:p>
        </w:tc>
      </w:tr>
      <w:tr>
        <w:tc>
          <w:tcPr>
            <w:tcW w:type="dxa" w:w="5184"/>
          </w:tcPr>
          <w:p>
            <w:r>
              <w:t>[Nombre completo]</w:t>
            </w:r>
          </w:p>
        </w:tc>
        <w:tc>
          <w:tcPr>
            <w:tcW w:type="dxa" w:w="5184"/>
          </w:tcPr>
          <w:p>
            <w:r>
              <w:t>[Ej.: conceptualización, metodología, investigación, redacción del borrador original]</w:t>
            </w:r>
          </w:p>
        </w:tc>
      </w:tr>
      <w:tr>
        <w:tc>
          <w:tcPr>
            <w:tcW w:type="dxa" w:w="5184"/>
          </w:tcPr>
          <w:p>
            <w:r>
              <w:t>[Nombre completo]</w:t>
            </w:r>
          </w:p>
        </w:tc>
        <w:tc>
          <w:tcPr>
            <w:tcW w:type="dxa" w:w="5184"/>
          </w:tcPr>
          <w:p>
            <w:r>
              <w:t>[Ej.: conceptualización, metodología, investigación, redacción del borrador original]</w:t>
            </w:r>
          </w:p>
        </w:tc>
      </w:tr>
      <w:tr>
        <w:tc>
          <w:tcPr>
            <w:tcW w:type="dxa" w:w="5184"/>
          </w:tcPr>
          <w:p>
            <w:r>
              <w:t>[Nombre completo]</w:t>
            </w:r>
          </w:p>
        </w:tc>
        <w:tc>
          <w:tcPr>
            <w:tcW w:type="dxa" w:w="5184"/>
          </w:tcPr>
          <w:p>
            <w:r>
              <w:t>[Ej.: conceptualización, metodología, investigación, redacción del borrador original]</w:t>
            </w:r>
          </w:p>
        </w:tc>
      </w:tr>
    </w:tbl>
    <w:p>
      <w:r>
        <w:t>Roles disponibles: conceptualización; curación de datos; análisis formal; adquisición de financiación; investigación; metodología; administración del proyecto; recursos; software; supervisión; validación; visualización; redacción del borrador original; redacción, revisión y edición.</w:t>
      </w:r>
    </w:p>
    <w:p>
      <w:pPr>
        <w:pStyle w:val="Heading1"/>
      </w:pPr>
      <w:r>
        <w:t>4. Uso de inteligencia artificial generativa</w:t>
      </w:r>
    </w:p>
    <w:p>
      <w:r>
        <w:t>☐ No se utilizaron herramientas de inteligencia artificial generativa en la elaboración del manuscrito.</w:t>
      </w:r>
    </w:p>
    <w:p>
      <w:r>
        <w:t>☐ Sí se utilizaron. Herramienta y versión: ____________________. Finalidad y secciones: ____________________. Procedimiento de revisión humana: ____________________.</w:t>
      </w:r>
    </w:p>
    <w:p>
      <w:pPr>
        <w:pStyle w:val="Heading1"/>
      </w:pPr>
      <w:r>
        <w:t>5. Conflictos de intereses</w:t>
      </w:r>
    </w:p>
    <w:p>
      <w:r>
        <w:t>☐ Los autores declaran que no existen conflictos de intereses financieros, personales, académicos, laborales o institucionales relacionados con el trabajo.</w:t>
      </w:r>
    </w:p>
    <w:p>
      <w:r>
        <w:t>☐ Se declaran los siguientes conflictos: ____________________________________________________________________.</w:t>
      </w:r>
    </w:p>
    <w:p>
      <w:pPr>
        <w:pStyle w:val="Heading1"/>
      </w:pPr>
      <w:r>
        <w:t>6. Financiación</w:t>
      </w:r>
    </w:p>
    <w:p>
      <w:r>
        <w:t>☐ La investigación no recibió financiación específica.</w:t>
      </w:r>
    </w:p>
    <w:p>
      <w:r>
        <w:t>☐ Fue financiada por: ____________________, proyecto o subvención: ____________________, código: ____________________.</w:t>
      </w:r>
    </w:p>
    <w:p>
      <w:r>
        <w:t>Papel del financiador: ☐ Ninguno ☐ Diseño ☐ Recolección ☐ Análisis ☐ Escritura ☐ Decisión de publicar. Detalle: ____________________.</w:t>
      </w:r>
    </w:p>
    <w:p>
      <w:pPr>
        <w:pStyle w:val="Heading1"/>
      </w:pPr>
      <w:r>
        <w:t>7. Disponibilidad de datos</w:t>
      </w:r>
    </w:p>
    <w:p>
      <w:r>
        <w:t>☐ Datos disponibles en repositorio público: ____________________ DOI/URL: ____________________.</w:t>
      </w:r>
    </w:p>
    <w:p>
      <w:r>
        <w:t>☐ Datos disponibles previa solicitud razonable al autor de correspondencia.</w:t>
      </w:r>
    </w:p>
    <w:p>
      <w:r>
        <w:t>☐ Datos restringidos por razones éticas, jurídicas o de confidencialidad.</w:t>
      </w:r>
    </w:p>
    <w:p>
      <w:r>
        <w:t>☐ Todos los datos relevantes están incluidos en el artículo o material suplementario.</w:t>
      </w:r>
    </w:p>
    <w:p>
      <w:r>
        <w:t>☐ No se generaron ni analizaron conjuntos de datos nuevos.</w:t>
      </w:r>
    </w:p>
    <w:p>
      <w:pPr>
        <w:pStyle w:val="Heading1"/>
      </w:pPr>
      <w:r>
        <w:t>8. Consideraciones éticas</w:t>
      </w:r>
    </w:p>
    <w:p>
      <w:r>
        <w:t>☐ No aplica. El estudio no involucró seres humanos, animales, datos personales sensibles, historias clínicas, comunidades, material biológico ni intervenciones sujetas a evaluación ética.</w:t>
      </w:r>
    </w:p>
    <w:p>
      <w:r>
        <w:t>☐ Sí aplica. Comité de ética: ____________________. Institución: ____________________. Acta o concepto n.º: ____________. Fecha: ____________.</w:t>
      </w:r>
    </w:p>
    <w:p>
      <w:r>
        <w:t>Consentimiento informado: ☐ Obtenido ☐ Exento por el comité ☐ No aplica.   Asentimiento: ☐ Obtenido ☐ No aplica.   Autorización de imágenes o datos identificables: ☐ Obtenida ☐ No aplica.</w:t>
      </w:r>
    </w:p>
    <w:p>
      <w:r>
        <w:t>Cuando aplique, se adjunta el aval oficial emitido por el comité de ética.</w:t>
      </w:r>
    </w:p>
    <w:p>
      <w:pPr>
        <w:pStyle w:val="Heading1"/>
      </w:pPr>
      <w:r>
        <w:t>9. Confirmación y firma</w:t>
      </w:r>
    </w:p>
    <w:p>
      <w:r>
        <w:t>El autor de correspondencia declara que la información suministrada es completa y veraz y que cuenta con la autorización expresa de todos los coautores para presentar este documento en su nombre.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  <w:shd w:fill="F7EEEE"/>
          </w:tcPr>
          <w:p>
            <w:r>
              <w:rPr>
                <w:b/>
                <w:color w:val="9D0B16"/>
              </w:rPr>
              <w:t>Nombre completo del autor de correspondencia</w:t>
            </w:r>
          </w:p>
        </w:tc>
        <w:tc>
          <w:tcPr>
            <w:tcW w:type="dxa" w:w="3456"/>
            <w:shd w:fill="F7EEEE"/>
          </w:tcPr>
          <w:p>
            <w:r>
              <w:rPr>
                <w:b/>
                <w:color w:val="9D0B16"/>
              </w:rPr>
              <w:t>Firma</w:t>
            </w:r>
          </w:p>
        </w:tc>
        <w:tc>
          <w:tcPr>
            <w:tcW w:type="dxa" w:w="3456"/>
            <w:shd w:fill="F7EEEE"/>
          </w:tcPr>
          <w:p>
            <w:r>
              <w:rPr>
                <w:b/>
                <w:color w:val="9D0B16"/>
              </w:rPr>
              <w:t>Fecha</w:t>
            </w:r>
          </w:p>
        </w:tc>
      </w:tr>
      <w:tr>
        <w:tc>
          <w:tcPr>
            <w:tcW w:type="dxa" w:w="3456"/>
          </w:tcPr>
          <w:p>
            <w:r>
              <w:br/>
              <w:br/>
            </w:r>
          </w:p>
        </w:tc>
        <w:tc>
          <w:tcPr>
            <w:tcW w:type="dxa" w:w="3456"/>
          </w:tcPr>
          <w:p>
            <w:r>
              <w:br/>
              <w:br/>
            </w:r>
          </w:p>
        </w:tc>
        <w:tc>
          <w:tcPr>
            <w:tcW w:type="dxa" w:w="3456"/>
          </w:tcPr>
          <w:p>
            <w:r>
              <w:br/>
              <w:br/>
            </w:r>
          </w:p>
        </w:tc>
      </w:tr>
    </w:tbl>
    <w:sectPr w:rsidR="00FC693F" w:rsidRPr="0006063C" w:rsidSect="00034616">
      <w:footerReference w:type="default" r:id="rId9"/>
      <w:pgSz w:w="12240" w:h="15840"/>
      <w:pgMar w:top="864" w:right="936" w:bottom="936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>Mundo FESC | Formato editorial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9D0B16"/>
      <w:sz w:val="25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9D0B16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9D0B16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